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5C05" w14:textId="77777777" w:rsidR="00AB518B" w:rsidRPr="001E14AE" w:rsidRDefault="00000000">
      <w:pPr>
        <w:spacing w:after="0"/>
        <w:jc w:val="center"/>
        <w:rPr>
          <w:lang w:val="es-ES"/>
        </w:rPr>
      </w:pPr>
      <w:r w:rsidRPr="001E14AE">
        <w:rPr>
          <w:b/>
          <w:color w:val="233780"/>
          <w:sz w:val="22"/>
          <w:lang w:val="es-ES"/>
        </w:rPr>
        <w:t>JORNADA</w:t>
      </w:r>
    </w:p>
    <w:p w14:paraId="4373EDD4" w14:textId="77777777" w:rsidR="00AB518B" w:rsidRPr="001E14AE" w:rsidRDefault="00000000">
      <w:pPr>
        <w:spacing w:after="0"/>
        <w:jc w:val="center"/>
        <w:rPr>
          <w:lang w:val="es-ES"/>
        </w:rPr>
      </w:pPr>
      <w:proofErr w:type="spellStart"/>
      <w:r w:rsidRPr="001E14AE">
        <w:rPr>
          <w:b/>
          <w:color w:val="005B67"/>
          <w:sz w:val="34"/>
          <w:lang w:val="es-ES"/>
        </w:rPr>
        <w:t>trARTnos</w:t>
      </w:r>
      <w:proofErr w:type="spellEnd"/>
      <w:r w:rsidRPr="001E14AE">
        <w:rPr>
          <w:b/>
          <w:color w:val="005B67"/>
          <w:sz w:val="34"/>
          <w:lang w:val="es-ES"/>
        </w:rPr>
        <w:t xml:space="preserve"> bien: crear vínculos, prevenir violencias</w:t>
      </w:r>
    </w:p>
    <w:p w14:paraId="5177B8D4" w14:textId="77777777" w:rsidR="00AB518B" w:rsidRPr="001E14AE" w:rsidRDefault="00000000">
      <w:pPr>
        <w:jc w:val="center"/>
        <w:rPr>
          <w:lang w:val="es-ES"/>
        </w:rPr>
      </w:pPr>
      <w:r w:rsidRPr="001E14AE">
        <w:rPr>
          <w:b/>
          <w:color w:val="233780"/>
          <w:sz w:val="16"/>
          <w:lang w:val="es-ES"/>
        </w:rPr>
        <w:t>DIÁLOGOS ENTRE ASTURIAS Y NICARAGUA PARA PROMOVER LOS BUENOS TRATOS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2448"/>
        <w:gridCol w:w="3384"/>
      </w:tblGrid>
      <w:tr w:rsidR="00AB518B" w:rsidRPr="001E14AE" w14:paraId="0DB4442F" w14:textId="77777777">
        <w:trPr>
          <w:jc w:val="center"/>
        </w:trPr>
        <w:tc>
          <w:tcPr>
            <w:tcW w:w="3888" w:type="dxa"/>
            <w:shd w:val="clear" w:color="auto" w:fill="F4F5F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FA8803" w14:textId="77777777" w:rsidR="00AB518B" w:rsidRPr="001E14AE" w:rsidRDefault="00000000">
            <w:pPr>
              <w:spacing w:after="0"/>
              <w:jc w:val="center"/>
              <w:rPr>
                <w:lang w:val="es-ES"/>
              </w:rPr>
            </w:pPr>
            <w:r w:rsidRPr="001E14AE">
              <w:rPr>
                <w:color w:val="233780"/>
                <w:sz w:val="16"/>
                <w:lang w:val="es-ES"/>
              </w:rPr>
              <w:t>Arte, educación y participación</w:t>
            </w:r>
            <w:r w:rsidRPr="001E14AE">
              <w:rPr>
                <w:color w:val="233780"/>
                <w:sz w:val="16"/>
                <w:lang w:val="es-ES"/>
              </w:rPr>
              <w:br/>
              <w:t>para construir buenos tratos</w:t>
            </w:r>
          </w:p>
        </w:tc>
        <w:tc>
          <w:tcPr>
            <w:tcW w:w="2448" w:type="dxa"/>
            <w:shd w:val="clear" w:color="auto" w:fill="F4F5F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40C39E" w14:textId="77777777" w:rsidR="00AB518B" w:rsidRPr="001E14AE" w:rsidRDefault="00000000">
            <w:pPr>
              <w:spacing w:after="0"/>
              <w:jc w:val="center"/>
              <w:rPr>
                <w:lang w:val="es-ES"/>
              </w:rPr>
            </w:pPr>
            <w:proofErr w:type="gramStart"/>
            <w:r w:rsidRPr="001E14AE">
              <w:rPr>
                <w:b/>
                <w:color w:val="233780"/>
                <w:sz w:val="16"/>
                <w:lang w:val="es-ES"/>
              </w:rPr>
              <w:t>▦  5</w:t>
            </w:r>
            <w:proofErr w:type="gramEnd"/>
            <w:r w:rsidRPr="001E14AE">
              <w:rPr>
                <w:b/>
                <w:color w:val="233780"/>
                <w:sz w:val="16"/>
                <w:lang w:val="es-ES"/>
              </w:rPr>
              <w:t xml:space="preserve"> de noviembre de 2026</w:t>
            </w:r>
            <w:r w:rsidRPr="001E14AE">
              <w:rPr>
                <w:b/>
                <w:color w:val="233780"/>
                <w:sz w:val="16"/>
                <w:lang w:val="es-ES"/>
              </w:rPr>
              <w:br/>
            </w:r>
            <w:proofErr w:type="gramStart"/>
            <w:r w:rsidRPr="001E14AE">
              <w:rPr>
                <w:b/>
                <w:color w:val="233780"/>
                <w:sz w:val="16"/>
                <w:lang w:val="es-ES"/>
              </w:rPr>
              <w:t>◷  9:00</w:t>
            </w:r>
            <w:proofErr w:type="gramEnd"/>
            <w:r w:rsidRPr="001E14AE">
              <w:rPr>
                <w:b/>
                <w:color w:val="233780"/>
                <w:sz w:val="16"/>
                <w:lang w:val="es-ES"/>
              </w:rPr>
              <w:t xml:space="preserve"> a 14:30 h.</w:t>
            </w:r>
          </w:p>
        </w:tc>
        <w:tc>
          <w:tcPr>
            <w:tcW w:w="3384" w:type="dxa"/>
            <w:shd w:val="clear" w:color="auto" w:fill="F4F5FB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9D46DC" w14:textId="77777777" w:rsidR="00AB518B" w:rsidRPr="001E14AE" w:rsidRDefault="00000000">
            <w:pPr>
              <w:spacing w:after="0"/>
              <w:jc w:val="center"/>
              <w:rPr>
                <w:lang w:val="es-ES"/>
              </w:rPr>
            </w:pPr>
            <w:r w:rsidRPr="001E14AE">
              <w:rPr>
                <w:color w:val="233780"/>
                <w:sz w:val="16"/>
                <w:lang w:val="es-ES"/>
              </w:rPr>
              <w:t>Facultad de Formación del Profesorado y Educación – Universidad de Oviedo</w:t>
            </w:r>
          </w:p>
        </w:tc>
      </w:tr>
    </w:tbl>
    <w:p w14:paraId="57A885E1" w14:textId="77777777" w:rsidR="00AB518B" w:rsidRPr="001E14AE" w:rsidRDefault="00AB518B">
      <w:pPr>
        <w:spacing w:after="0"/>
        <w:rPr>
          <w:lang w:val="es-ES"/>
        </w:rPr>
      </w:pPr>
    </w:p>
    <w:p w14:paraId="7724FB86" w14:textId="77777777" w:rsidR="00AB518B" w:rsidRPr="001E14AE" w:rsidRDefault="00000000">
      <w:pPr>
        <w:spacing w:after="20"/>
        <w:rPr>
          <w:lang w:val="es-ES"/>
        </w:rPr>
      </w:pPr>
      <w:r w:rsidRPr="001E14AE">
        <w:rPr>
          <w:b/>
          <w:color w:val="00834A"/>
          <w:sz w:val="24"/>
          <w:lang w:val="es-ES"/>
        </w:rPr>
        <w:t>FICHA DE INSCRIPCIÓN</w:t>
      </w:r>
    </w:p>
    <w:p w14:paraId="60D24E5F" w14:textId="77777777" w:rsidR="00AB518B" w:rsidRPr="001E14AE" w:rsidRDefault="00000000">
      <w:pPr>
        <w:spacing w:after="80"/>
        <w:rPr>
          <w:sz w:val="20"/>
          <w:szCs w:val="20"/>
          <w:lang w:val="es-ES"/>
        </w:rPr>
      </w:pPr>
      <w:r w:rsidRPr="001E14AE">
        <w:rPr>
          <w:sz w:val="20"/>
          <w:szCs w:val="20"/>
          <w:lang w:val="es-ES"/>
        </w:rPr>
        <w:t>La participación en la jornada es gratuita, previa inscripción a través de ARCO IRIS</w:t>
      </w:r>
    </w:p>
    <w:p w14:paraId="39148709" w14:textId="77777777" w:rsidR="001E14AE" w:rsidRDefault="001E14AE">
      <w:pPr>
        <w:spacing w:after="20"/>
        <w:rPr>
          <w:b/>
          <w:color w:val="164A9A"/>
          <w:sz w:val="20"/>
        </w:rPr>
      </w:pPr>
    </w:p>
    <w:p w14:paraId="7F1574BD" w14:textId="11991703" w:rsidR="00AB518B" w:rsidRDefault="00000000">
      <w:pPr>
        <w:spacing w:after="20"/>
      </w:pPr>
      <w:r>
        <w:rPr>
          <w:b/>
          <w:color w:val="164A9A"/>
          <w:sz w:val="20"/>
        </w:rPr>
        <w:t>DATOS PERSONALES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1"/>
        <w:gridCol w:w="5717"/>
      </w:tblGrid>
      <w:tr w:rsidR="00AB518B" w14:paraId="05D57FE3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752C7BE1" w14:textId="77777777" w:rsidR="00AB518B" w:rsidRPr="001E14AE" w:rsidRDefault="00000000">
            <w:pPr>
              <w:spacing w:after="0"/>
              <w:rPr>
                <w:sz w:val="20"/>
                <w:szCs w:val="20"/>
              </w:rPr>
            </w:pPr>
            <w:r w:rsidRPr="001E14AE">
              <w:rPr>
                <w:sz w:val="20"/>
                <w:szCs w:val="20"/>
              </w:rPr>
              <w:t xml:space="preserve">Nombre y </w:t>
            </w:r>
            <w:proofErr w:type="spellStart"/>
            <w:r w:rsidRPr="001E14AE">
              <w:rPr>
                <w:sz w:val="20"/>
                <w:szCs w:val="20"/>
              </w:rPr>
              <w:t>apellidos</w:t>
            </w:r>
            <w:proofErr w:type="spellEnd"/>
            <w:r w:rsidRPr="001E14AE">
              <w:rPr>
                <w:sz w:val="20"/>
                <w:szCs w:val="20"/>
              </w:rPr>
              <w:t>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46996571" w14:textId="4345D50C" w:rsidR="00AB518B" w:rsidRDefault="00000000">
            <w:pPr>
              <w:spacing w:after="0"/>
            </w:pPr>
            <w:r>
              <w:t xml:space="preserve"> </w:t>
            </w:r>
          </w:p>
        </w:tc>
      </w:tr>
      <w:tr w:rsidR="00AB518B" w14:paraId="6957CD46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6A97E727" w14:textId="77777777" w:rsidR="00AB518B" w:rsidRPr="001E14AE" w:rsidRDefault="00000000">
            <w:pPr>
              <w:spacing w:after="0"/>
              <w:rPr>
                <w:sz w:val="20"/>
                <w:szCs w:val="20"/>
              </w:rPr>
            </w:pPr>
            <w:r w:rsidRPr="001E14AE">
              <w:rPr>
                <w:sz w:val="20"/>
                <w:szCs w:val="20"/>
              </w:rPr>
              <w:t>DNI/NIF: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608BAC24" w14:textId="77777777" w:rsidR="00AB518B" w:rsidRDefault="00000000">
            <w:pPr>
              <w:spacing w:after="0"/>
            </w:pPr>
            <w:r>
              <w:t xml:space="preserve"> </w:t>
            </w:r>
          </w:p>
        </w:tc>
      </w:tr>
      <w:tr w:rsidR="00AB518B" w14:paraId="2AA53BDF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686ADB5B" w14:textId="77777777" w:rsidR="00AB518B" w:rsidRPr="001E14AE" w:rsidRDefault="00000000">
            <w:pPr>
              <w:spacing w:after="0"/>
              <w:rPr>
                <w:sz w:val="20"/>
                <w:szCs w:val="20"/>
              </w:rPr>
            </w:pPr>
            <w:r w:rsidRPr="001E14AE">
              <w:rPr>
                <w:sz w:val="20"/>
                <w:szCs w:val="20"/>
              </w:rPr>
              <w:t>Correo electrónico: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666E2599" w14:textId="77777777" w:rsidR="00AB518B" w:rsidRDefault="00000000">
            <w:pPr>
              <w:spacing w:after="0"/>
            </w:pPr>
            <w:r>
              <w:t xml:space="preserve"> </w:t>
            </w:r>
          </w:p>
        </w:tc>
      </w:tr>
      <w:tr w:rsidR="00AB518B" w14:paraId="68361F09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1FF692F6" w14:textId="77777777" w:rsidR="00AB518B" w:rsidRPr="001E14AE" w:rsidRDefault="00000000">
            <w:pPr>
              <w:spacing w:after="0"/>
              <w:rPr>
                <w:sz w:val="20"/>
                <w:szCs w:val="20"/>
              </w:rPr>
            </w:pPr>
            <w:r w:rsidRPr="001E14AE">
              <w:rPr>
                <w:sz w:val="20"/>
                <w:szCs w:val="20"/>
              </w:rPr>
              <w:t>Teléfono de contacto: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51709CA4" w14:textId="77777777" w:rsidR="00AB518B" w:rsidRDefault="00000000">
            <w:pPr>
              <w:spacing w:after="0"/>
            </w:pPr>
            <w:r>
              <w:t xml:space="preserve"> </w:t>
            </w:r>
          </w:p>
        </w:tc>
      </w:tr>
      <w:tr w:rsidR="00AB518B" w:rsidRPr="001E14AE" w14:paraId="11A3D1E7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7F5185D7" w14:textId="77777777" w:rsidR="00AB518B" w:rsidRPr="001E14AE" w:rsidRDefault="00000000">
            <w:pPr>
              <w:spacing w:after="0"/>
              <w:rPr>
                <w:sz w:val="20"/>
                <w:szCs w:val="20"/>
                <w:lang w:val="es-ES"/>
              </w:rPr>
            </w:pPr>
            <w:r w:rsidRPr="001E14AE">
              <w:rPr>
                <w:sz w:val="20"/>
                <w:szCs w:val="20"/>
                <w:lang w:val="es-ES"/>
              </w:rPr>
              <w:t>Entidad / Centro / Organización (si aplica):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758886AF" w14:textId="77777777" w:rsidR="00AB518B" w:rsidRPr="001E14AE" w:rsidRDefault="00000000">
            <w:pPr>
              <w:spacing w:after="0"/>
              <w:rPr>
                <w:lang w:val="es-ES"/>
              </w:rPr>
            </w:pPr>
            <w:r w:rsidRPr="001E14AE">
              <w:rPr>
                <w:lang w:val="es-ES"/>
              </w:rPr>
              <w:t xml:space="preserve"> </w:t>
            </w:r>
          </w:p>
        </w:tc>
      </w:tr>
      <w:tr w:rsidR="00AB518B" w14:paraId="43B4292B" w14:textId="77777777" w:rsidTr="001E14AE">
        <w:trPr>
          <w:jc w:val="center"/>
        </w:trPr>
        <w:tc>
          <w:tcPr>
            <w:tcW w:w="3931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54B834CD" w14:textId="77777777" w:rsidR="00AB518B" w:rsidRPr="001E14AE" w:rsidRDefault="00000000">
            <w:pPr>
              <w:spacing w:after="0"/>
              <w:rPr>
                <w:sz w:val="20"/>
                <w:szCs w:val="20"/>
              </w:rPr>
            </w:pPr>
            <w:r w:rsidRPr="001E14AE">
              <w:rPr>
                <w:sz w:val="20"/>
                <w:szCs w:val="20"/>
              </w:rPr>
              <w:t>Municipio/</w:t>
            </w:r>
            <w:proofErr w:type="spellStart"/>
            <w:r w:rsidRPr="001E14AE">
              <w:rPr>
                <w:sz w:val="20"/>
                <w:szCs w:val="20"/>
              </w:rPr>
              <w:t>Localidad</w:t>
            </w:r>
            <w:proofErr w:type="spellEnd"/>
            <w:r w:rsidRPr="001E14AE">
              <w:rPr>
                <w:sz w:val="20"/>
                <w:szCs w:val="20"/>
              </w:rPr>
              <w:t>:</w:t>
            </w:r>
          </w:p>
        </w:tc>
        <w:tc>
          <w:tcPr>
            <w:tcW w:w="5717" w:type="dxa"/>
            <w:tcBorders>
              <w:bottom w:val="single" w:sz="4" w:space="0" w:color="D6D6D6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14:paraId="39CE8AEB" w14:textId="77777777" w:rsidR="00AB518B" w:rsidRDefault="00000000">
            <w:pPr>
              <w:spacing w:after="0"/>
            </w:pPr>
            <w:r>
              <w:t xml:space="preserve"> </w:t>
            </w:r>
          </w:p>
        </w:tc>
      </w:tr>
    </w:tbl>
    <w:p w14:paraId="719C419E" w14:textId="77777777" w:rsidR="00AB518B" w:rsidRDefault="00AB518B">
      <w:pPr>
        <w:spacing w:after="0"/>
      </w:pPr>
    </w:p>
    <w:p w14:paraId="3CD986BE" w14:textId="77777777" w:rsidR="001E14AE" w:rsidRDefault="001E14AE">
      <w:pPr>
        <w:spacing w:after="20"/>
        <w:rPr>
          <w:b/>
          <w:color w:val="164A9A"/>
          <w:sz w:val="20"/>
          <w:lang w:val="es-ES"/>
        </w:rPr>
      </w:pPr>
    </w:p>
    <w:p w14:paraId="128E32ED" w14:textId="638D3FE8" w:rsidR="00AB518B" w:rsidRPr="001E14AE" w:rsidRDefault="00000000">
      <w:pPr>
        <w:spacing w:after="20"/>
        <w:rPr>
          <w:lang w:val="es-ES"/>
        </w:rPr>
      </w:pPr>
      <w:r w:rsidRPr="001E14AE">
        <w:rPr>
          <w:b/>
          <w:color w:val="164A9A"/>
          <w:sz w:val="20"/>
          <w:lang w:val="es-ES"/>
        </w:rPr>
        <w:t>PERFIL DE PARTICIPACIÓN</w:t>
      </w:r>
    </w:p>
    <w:p w14:paraId="7444708E" w14:textId="77777777" w:rsidR="00AB518B" w:rsidRPr="001E14AE" w:rsidRDefault="00000000">
      <w:pPr>
        <w:rPr>
          <w:lang w:val="es-ES"/>
        </w:rPr>
      </w:pPr>
      <w:r w:rsidRPr="001E14AE">
        <w:rPr>
          <w:i/>
          <w:sz w:val="16"/>
          <w:lang w:val="es-ES"/>
        </w:rPr>
        <w:t>Marque la opción correspondiente</w:t>
      </w:r>
    </w:p>
    <w:p w14:paraId="009EFC37" w14:textId="601D3AA4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Estudiante</w:t>
      </w:r>
      <w:proofErr w:type="gramEnd"/>
    </w:p>
    <w:p w14:paraId="6E3E6A92" w14:textId="1C39084A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Profesorado</w:t>
      </w:r>
      <w:proofErr w:type="gramEnd"/>
      <w:r w:rsidRPr="001E14AE">
        <w:rPr>
          <w:sz w:val="20"/>
          <w:szCs w:val="20"/>
          <w:lang w:val="es-ES"/>
        </w:rPr>
        <w:t xml:space="preserve"> / comunidad educativa</w:t>
      </w:r>
    </w:p>
    <w:p w14:paraId="6B8B63C4" w14:textId="4D46CEF1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Profesional</w:t>
      </w:r>
      <w:proofErr w:type="gramEnd"/>
      <w:r w:rsidRPr="001E14AE">
        <w:rPr>
          <w:sz w:val="20"/>
          <w:szCs w:val="20"/>
          <w:lang w:val="es-ES"/>
        </w:rPr>
        <w:t xml:space="preserve"> de ámbito social, sanitario o comunitario</w:t>
      </w:r>
    </w:p>
    <w:p w14:paraId="5D7F3DD4" w14:textId="4A0EF44F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Entidad</w:t>
      </w:r>
      <w:proofErr w:type="gramEnd"/>
      <w:r w:rsidRPr="001E14AE">
        <w:rPr>
          <w:sz w:val="20"/>
          <w:szCs w:val="20"/>
          <w:lang w:val="es-ES"/>
        </w:rPr>
        <w:t xml:space="preserve"> social / ONG / cooperación</w:t>
      </w:r>
    </w:p>
    <w:p w14:paraId="7573CFF2" w14:textId="4E9B7CBA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Administración</w:t>
      </w:r>
      <w:proofErr w:type="gramEnd"/>
      <w:r w:rsidRPr="001E14AE">
        <w:rPr>
          <w:sz w:val="20"/>
          <w:szCs w:val="20"/>
          <w:lang w:val="es-ES"/>
        </w:rPr>
        <w:t xml:space="preserve"> pública</w:t>
      </w:r>
    </w:p>
    <w:p w14:paraId="76FD6043" w14:textId="256160E4" w:rsidR="00AB518B" w:rsidRPr="001E14AE" w:rsidRDefault="00000000">
      <w:pPr>
        <w:spacing w:after="0"/>
        <w:ind w:left="115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Familia</w:t>
      </w:r>
      <w:proofErr w:type="gramEnd"/>
      <w:r w:rsidRPr="001E14AE">
        <w:rPr>
          <w:sz w:val="20"/>
          <w:szCs w:val="20"/>
          <w:lang w:val="es-ES"/>
        </w:rPr>
        <w:t xml:space="preserve"> / joven / ciudadanía</w:t>
      </w:r>
    </w:p>
    <w:p w14:paraId="7162D329" w14:textId="573BA23E" w:rsidR="00AB518B" w:rsidRPr="001E14AE" w:rsidRDefault="00000000">
      <w:pPr>
        <w:spacing w:after="0"/>
        <w:ind w:left="115"/>
        <w:rPr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Otro</w:t>
      </w:r>
      <w:proofErr w:type="gramEnd"/>
      <w:r w:rsidRPr="001E14AE">
        <w:rPr>
          <w:sz w:val="20"/>
          <w:szCs w:val="20"/>
          <w:lang w:val="es-ES"/>
        </w:rPr>
        <w:t>: ___</w:t>
      </w:r>
      <w:r w:rsidRPr="001E14AE">
        <w:rPr>
          <w:lang w:val="es-ES"/>
        </w:rPr>
        <w:t>___________________________________________</w:t>
      </w:r>
    </w:p>
    <w:p w14:paraId="774BD097" w14:textId="0508760F" w:rsidR="00AB518B" w:rsidRPr="001E14AE" w:rsidRDefault="00000000">
      <w:pPr>
        <w:spacing w:after="60"/>
        <w:jc w:val="right"/>
        <w:rPr>
          <w:lang w:val="es-ES"/>
        </w:rPr>
      </w:pPr>
      <w:r w:rsidRPr="001E14AE">
        <w:rPr>
          <w:b/>
          <w:sz w:val="16"/>
          <w:lang w:val="es-ES"/>
        </w:rPr>
        <w:t>Guardar y enviar a: arcoiris@hotmal.com</w:t>
      </w:r>
    </w:p>
    <w:p w14:paraId="328E2512" w14:textId="4A11E0DD" w:rsidR="00AB518B" w:rsidRPr="001E14AE" w:rsidRDefault="00000000">
      <w:pPr>
        <w:spacing w:after="20"/>
        <w:rPr>
          <w:sz w:val="20"/>
          <w:szCs w:val="20"/>
          <w:lang w:val="es-ES"/>
        </w:rPr>
      </w:pPr>
      <w:r w:rsidRPr="001E14AE">
        <w:rPr>
          <w:b/>
          <w:color w:val="353A91"/>
          <w:sz w:val="20"/>
          <w:szCs w:val="20"/>
          <w:lang w:val="es-ES"/>
        </w:rPr>
        <w:t>PROTECCIÓN DE DATOS</w:t>
      </w:r>
    </w:p>
    <w:p w14:paraId="1230F2E4" w14:textId="1BB25B32" w:rsidR="00AB518B" w:rsidRPr="001E14AE" w:rsidRDefault="00000000">
      <w:pPr>
        <w:ind w:left="72"/>
        <w:rPr>
          <w:sz w:val="20"/>
          <w:szCs w:val="20"/>
          <w:lang w:val="es-ES"/>
        </w:rPr>
      </w:pPr>
      <w:r w:rsidRPr="001E14AE">
        <w:rPr>
          <w:sz w:val="20"/>
          <w:szCs w:val="20"/>
          <w:lang w:val="es-ES"/>
        </w:rPr>
        <w:t>Los datos personales facilitados se incorporarán a un fichero responsabilidad de ARCO IRIS con la finalidad de gestionar la inscripción en la jornada. Puede ejercer sus derechos de acceso, rectificación, cancelación y oposición dirigiéndose a ARCO IRIS Educación para el Desarrollo.</w:t>
      </w:r>
    </w:p>
    <w:p w14:paraId="7AE2D603" w14:textId="636AFBAA" w:rsidR="00AB518B" w:rsidRPr="001E14AE" w:rsidRDefault="00000000">
      <w:pPr>
        <w:spacing w:after="60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☐  He</w:t>
      </w:r>
      <w:proofErr w:type="gramEnd"/>
      <w:r w:rsidRPr="001E14AE">
        <w:rPr>
          <w:sz w:val="20"/>
          <w:szCs w:val="20"/>
          <w:lang w:val="es-ES"/>
        </w:rPr>
        <w:t xml:space="preserve"> leído y acepto el tratamiento de mis datos personales conforme a la normativa vigente.</w:t>
      </w:r>
    </w:p>
    <w:p w14:paraId="3018B907" w14:textId="463A1FFA" w:rsidR="001E14AE" w:rsidRDefault="001E14AE">
      <w:pPr>
        <w:spacing w:after="20"/>
        <w:rPr>
          <w:b/>
          <w:color w:val="353A91"/>
          <w:sz w:val="20"/>
          <w:szCs w:val="20"/>
          <w:lang w:val="es-ES"/>
        </w:rPr>
      </w:pPr>
    </w:p>
    <w:p w14:paraId="6B393257" w14:textId="2902D149" w:rsidR="00AB518B" w:rsidRPr="001E14AE" w:rsidRDefault="00000000">
      <w:pPr>
        <w:spacing w:after="20"/>
        <w:rPr>
          <w:sz w:val="20"/>
          <w:szCs w:val="20"/>
          <w:lang w:val="es-ES"/>
        </w:rPr>
      </w:pPr>
      <w:r w:rsidRPr="001E14AE">
        <w:rPr>
          <w:b/>
          <w:color w:val="353A91"/>
          <w:sz w:val="20"/>
          <w:szCs w:val="20"/>
          <w:lang w:val="es-ES"/>
        </w:rPr>
        <w:t>MÁS INFORMACIÓN</w:t>
      </w:r>
    </w:p>
    <w:p w14:paraId="0C4D1A30" w14:textId="77777777" w:rsidR="00AB518B" w:rsidRPr="001E14AE" w:rsidRDefault="00000000">
      <w:pPr>
        <w:spacing w:after="0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✉  arcoirised@hotmail.com</w:t>
      </w:r>
      <w:proofErr w:type="gramEnd"/>
    </w:p>
    <w:p w14:paraId="04F24A2E" w14:textId="77777777" w:rsidR="00AB518B" w:rsidRPr="001E14AE" w:rsidRDefault="00000000">
      <w:pPr>
        <w:spacing w:after="0"/>
        <w:rPr>
          <w:sz w:val="20"/>
          <w:szCs w:val="20"/>
          <w:lang w:val="es-ES"/>
        </w:rPr>
      </w:pPr>
      <w:proofErr w:type="gramStart"/>
      <w:r w:rsidRPr="001E14AE">
        <w:rPr>
          <w:sz w:val="20"/>
          <w:szCs w:val="20"/>
          <w:lang w:val="es-ES"/>
        </w:rPr>
        <w:t>☎  Mercedes</w:t>
      </w:r>
      <w:proofErr w:type="gramEnd"/>
      <w:r w:rsidRPr="001E14AE">
        <w:rPr>
          <w:sz w:val="20"/>
          <w:szCs w:val="20"/>
          <w:lang w:val="es-ES"/>
        </w:rPr>
        <w:t xml:space="preserve"> García Ruiz</w:t>
      </w:r>
    </w:p>
    <w:p w14:paraId="5E1476AA" w14:textId="77777777" w:rsidR="00AB518B" w:rsidRPr="001E14AE" w:rsidRDefault="00000000">
      <w:pPr>
        <w:spacing w:after="0"/>
        <w:rPr>
          <w:sz w:val="20"/>
          <w:szCs w:val="20"/>
          <w:lang w:val="es-ES"/>
        </w:rPr>
      </w:pPr>
      <w:r w:rsidRPr="001E14AE">
        <w:rPr>
          <w:sz w:val="20"/>
          <w:szCs w:val="20"/>
          <w:lang w:val="es-ES"/>
        </w:rPr>
        <w:t>Coordinación proyectos ARCO IRIS con Nicaragua</w:t>
      </w:r>
    </w:p>
    <w:p w14:paraId="52193B30" w14:textId="77777777" w:rsidR="00AB518B" w:rsidRPr="001E14AE" w:rsidRDefault="00000000">
      <w:pPr>
        <w:spacing w:after="0"/>
        <w:rPr>
          <w:sz w:val="20"/>
          <w:szCs w:val="20"/>
          <w:lang w:val="es-ES"/>
        </w:rPr>
      </w:pPr>
      <w:r w:rsidRPr="001E14AE">
        <w:rPr>
          <w:sz w:val="20"/>
          <w:szCs w:val="20"/>
          <w:lang w:val="es-ES"/>
        </w:rPr>
        <w:t>WhatsApp 670 676642</w:t>
      </w:r>
    </w:p>
    <w:p w14:paraId="2D007BB4" w14:textId="77777777" w:rsidR="00AB518B" w:rsidRDefault="00000000">
      <w:pPr>
        <w:spacing w:after="0"/>
        <w:rPr>
          <w:sz w:val="20"/>
          <w:szCs w:val="20"/>
          <w:lang w:val="es-ES"/>
        </w:rPr>
      </w:pPr>
      <w:r w:rsidRPr="001E14AE">
        <w:rPr>
          <w:sz w:val="20"/>
          <w:szCs w:val="20"/>
          <w:lang w:val="es-ES"/>
        </w:rPr>
        <w:t>Fecha límite de inscripción: 3 de noviembre de 2026</w:t>
      </w:r>
    </w:p>
    <w:p w14:paraId="2289D91B" w14:textId="77777777" w:rsidR="001E14AE" w:rsidRDefault="001E14AE" w:rsidP="00245D05">
      <w:pPr>
        <w:spacing w:before="60" w:after="0"/>
        <w:rPr>
          <w:b/>
          <w:color w:val="46465A"/>
          <w:sz w:val="14"/>
          <w:lang w:val="es-ES"/>
        </w:rPr>
      </w:pPr>
    </w:p>
    <w:p w14:paraId="38A0F30D" w14:textId="77777777" w:rsidR="001E14AE" w:rsidRDefault="001E14AE">
      <w:pPr>
        <w:spacing w:before="60" w:after="0"/>
        <w:jc w:val="center"/>
        <w:rPr>
          <w:b/>
          <w:color w:val="46465A"/>
          <w:sz w:val="14"/>
          <w:lang w:val="es-ES"/>
        </w:rPr>
      </w:pPr>
    </w:p>
    <w:p w14:paraId="06966503" w14:textId="1D5A9F60" w:rsidR="00AB518B" w:rsidRPr="00AE301C" w:rsidRDefault="00000000">
      <w:pPr>
        <w:spacing w:before="60" w:after="0"/>
        <w:jc w:val="center"/>
        <w:rPr>
          <w:sz w:val="14"/>
          <w:szCs w:val="14"/>
          <w:lang w:val="es-ES"/>
        </w:rPr>
      </w:pPr>
      <w:r w:rsidRPr="00AE301C">
        <w:rPr>
          <w:b/>
          <w:color w:val="46465A"/>
          <w:sz w:val="14"/>
          <w:szCs w:val="14"/>
          <w:lang w:val="es-ES"/>
        </w:rPr>
        <w:t>ORGANIZA: ARCO IRIS, Educación para el Desarrollo   |   SUBVENCIONA: Agencia Asturiana de Cooperación al Desarrollo</w:t>
      </w:r>
    </w:p>
    <w:p w14:paraId="52ADD58B" w14:textId="77777777" w:rsidR="00AB518B" w:rsidRPr="00AE301C" w:rsidRDefault="00000000">
      <w:pPr>
        <w:spacing w:after="0"/>
        <w:jc w:val="center"/>
        <w:rPr>
          <w:sz w:val="14"/>
          <w:szCs w:val="14"/>
          <w:lang w:val="es-ES"/>
        </w:rPr>
      </w:pPr>
      <w:r w:rsidRPr="00AE301C">
        <w:rPr>
          <w:sz w:val="14"/>
          <w:szCs w:val="14"/>
          <w:lang w:val="es-ES"/>
        </w:rPr>
        <w:t>COLABORAN: REMURIC (Red de Mujeres Rurales de Nicaragua “Chavela Castro”) · Facultad de Formación del Profesorado y Educación · Universidad de Oviedo</w:t>
      </w:r>
    </w:p>
    <w:p w14:paraId="75552605" w14:textId="189239F6" w:rsidR="00245D05" w:rsidRPr="001E14AE" w:rsidRDefault="00245D05">
      <w:pPr>
        <w:spacing w:after="0"/>
        <w:jc w:val="center"/>
        <w:rPr>
          <w:lang w:val="es-ES"/>
        </w:rPr>
      </w:pPr>
      <w:r>
        <w:object w:dxaOrig="11379" w:dyaOrig="1433" w14:anchorId="1BBF73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525.75pt;height:66pt" o:ole="">
            <v:imagedata r:id="rId6" o:title=""/>
          </v:shape>
          <o:OLEObject Type="Embed" ProgID="CorelDraw.Graphic.18" ShapeID="_x0000_i1051" DrawAspect="Content" ObjectID="_1853618183" r:id="rId7"/>
        </w:object>
      </w:r>
    </w:p>
    <w:sectPr w:rsidR="00245D05" w:rsidRPr="001E14AE" w:rsidSect="001E14AE">
      <w:pgSz w:w="11907" w:h="16840" w:code="9"/>
      <w:pgMar w:top="544" w:right="692" w:bottom="505" w:left="6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253943">
    <w:abstractNumId w:val="8"/>
  </w:num>
  <w:num w:numId="2" w16cid:durableId="728966821">
    <w:abstractNumId w:val="6"/>
  </w:num>
  <w:num w:numId="3" w16cid:durableId="288635477">
    <w:abstractNumId w:val="5"/>
  </w:num>
  <w:num w:numId="4" w16cid:durableId="1171220502">
    <w:abstractNumId w:val="4"/>
  </w:num>
  <w:num w:numId="5" w16cid:durableId="194392327">
    <w:abstractNumId w:val="7"/>
  </w:num>
  <w:num w:numId="6" w16cid:durableId="1984966111">
    <w:abstractNumId w:val="3"/>
  </w:num>
  <w:num w:numId="7" w16cid:durableId="643967526">
    <w:abstractNumId w:val="2"/>
  </w:num>
  <w:num w:numId="8" w16cid:durableId="1254438757">
    <w:abstractNumId w:val="1"/>
  </w:num>
  <w:num w:numId="9" w16cid:durableId="221410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03E8"/>
    <w:rsid w:val="0015074B"/>
    <w:rsid w:val="001E14AE"/>
    <w:rsid w:val="00245D05"/>
    <w:rsid w:val="0029639D"/>
    <w:rsid w:val="00326F90"/>
    <w:rsid w:val="00350C62"/>
    <w:rsid w:val="00AA1D8D"/>
    <w:rsid w:val="00AB518B"/>
    <w:rsid w:val="00AE301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041A5"/>
  <w14:defaultImageDpi w14:val="300"/>
  <w15:docId w15:val="{4889DCF6-E8B4-4BE6-A1FD-92386E9E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7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A. González</cp:lastModifiedBy>
  <cp:revision>3</cp:revision>
  <dcterms:created xsi:type="dcterms:W3CDTF">2013-12-23T23:15:00Z</dcterms:created>
  <dcterms:modified xsi:type="dcterms:W3CDTF">2026-10-15T23:10:00Z</dcterms:modified>
  <cp:category/>
</cp:coreProperties>
</file>